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EFD" w:rsidRPr="00445C10" w:rsidRDefault="005A348B">
      <w:pPr>
        <w:spacing w:after="40"/>
        <w:jc w:val="center"/>
        <w:rPr>
          <w:rFonts w:ascii="Times New Roman" w:hAnsi="Times New Roman" w:cs="Times New Roman"/>
          <w:color w:val="000000" w:themeColor="text1"/>
        </w:rPr>
      </w:pPr>
      <w:r w:rsidRPr="00445C10">
        <w:rPr>
          <w:rFonts w:ascii="Times New Roman" w:hAnsi="Times New Roman" w:cs="Times New Roman"/>
          <w:b/>
          <w:color w:val="000000" w:themeColor="text1"/>
          <w:sz w:val="24"/>
        </w:rPr>
        <w:t>T.C.</w:t>
      </w:r>
      <w:r w:rsidRPr="00445C10">
        <w:rPr>
          <w:rFonts w:ascii="Times New Roman" w:hAnsi="Times New Roman" w:cs="Times New Roman"/>
          <w:b/>
          <w:color w:val="000000" w:themeColor="text1"/>
          <w:sz w:val="24"/>
        </w:rPr>
        <w:br/>
        <w:t>SİVAS BİLİM VE TEKNOLOJİ ÜNİVERSİTESİ</w:t>
      </w:r>
    </w:p>
    <w:p w:rsidR="00DD5EFD" w:rsidRDefault="005A348B">
      <w:pPr>
        <w:spacing w:after="140"/>
        <w:jc w:val="center"/>
        <w:rPr>
          <w:rFonts w:ascii="Times New Roman" w:hAnsi="Times New Roman" w:cs="Times New Roman"/>
          <w:b/>
          <w:color w:val="000000" w:themeColor="text1"/>
          <w:sz w:val="30"/>
        </w:rPr>
      </w:pPr>
      <w:r w:rsidRPr="00445C10">
        <w:rPr>
          <w:rFonts w:ascii="Times New Roman" w:hAnsi="Times New Roman" w:cs="Times New Roman"/>
          <w:b/>
          <w:color w:val="000000" w:themeColor="text1"/>
          <w:sz w:val="30"/>
        </w:rPr>
        <w:t>7592 SAYILI KANUN KAPSAMINDA</w:t>
      </w:r>
      <w:r w:rsidRPr="00445C10">
        <w:rPr>
          <w:rFonts w:ascii="Times New Roman" w:hAnsi="Times New Roman" w:cs="Times New Roman"/>
          <w:b/>
          <w:color w:val="000000" w:themeColor="text1"/>
          <w:sz w:val="30"/>
        </w:rPr>
        <w:br/>
        <w:t>ÖN LİSANS VE LİSANS ÖĞRENCİ AFFI BAŞVURU FORMU</w:t>
      </w:r>
    </w:p>
    <w:p w:rsidR="00B536B3" w:rsidRPr="00445C10" w:rsidRDefault="00B536B3">
      <w:pPr>
        <w:spacing w:after="140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TabloKlavuzu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Başvuru tarihi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sz w:val="20"/>
              </w:rPr>
              <w:t>…… / …… / 2026</w:t>
            </w:r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tbl>
      <w:tblPr>
        <w:tblStyle w:val="TabloKlavuzu"/>
        <w:tblW w:w="9360" w:type="dxa"/>
        <w:tblInd w:w="120" w:type="dxa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9360"/>
      </w:tblGrid>
      <w:tr w:rsidR="00DD5EFD" w:rsidRPr="005C50D4" w:rsidTr="00445C10">
        <w:tc>
          <w:tcPr>
            <w:tcW w:w="9360" w:type="dxa"/>
            <w:shd w:val="clear" w:color="auto" w:fill="DBE5F1" w:themeFill="accent1" w:themeFillTint="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2"/>
              </w:rPr>
              <w:t>A. BAŞVURU SAHİBİNİN KİMLİK VE İLETİŞİM BİLGİLERİ</w:t>
            </w:r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tbl>
      <w:tblPr>
        <w:tblStyle w:val="TabloKlavuzu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T.C. kimlik numarası / Yabancı kimlik no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Adı ve soyadı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Uyruğu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Doğum yeri ve tarihi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Baba adı / Anne adı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Cep telefonu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E-posta adresi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Tebligat adresi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sz w:val="20"/>
              </w:rPr>
              <w:br/>
            </w:r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tbl>
      <w:tblPr>
        <w:tblStyle w:val="TabloKlavuzu"/>
        <w:tblW w:w="9360" w:type="dxa"/>
        <w:tblInd w:w="120" w:type="dxa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9360"/>
      </w:tblGrid>
      <w:tr w:rsidR="00DD5EFD" w:rsidRPr="005C50D4" w:rsidTr="00445C10">
        <w:tc>
          <w:tcPr>
            <w:tcW w:w="9360" w:type="dxa"/>
            <w:shd w:val="clear" w:color="auto" w:fill="DBE5F1" w:themeFill="accent1" w:themeFillTint="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2"/>
              </w:rPr>
              <w:t>B. ÖNCEKİ KAYIT / YERLEŞTİRME BİLGİLERİ</w:t>
            </w:r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tbl>
      <w:tblPr>
        <w:tblStyle w:val="TabloKlavuzu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Öğrenci numarası (varsa)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Kayıtlı olduğu / hak kazandığı birim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Program / Bölüm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Öğrenim düzeyi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Ön lisans       </w:t>
            </w: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Lisans</w:t>
            </w: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C50D4">
              <w:rPr>
                <w:rFonts w:ascii="Times New Roman" w:hAnsi="Times New Roman" w:cs="Times New Roman"/>
                <w:b/>
                <w:sz w:val="20"/>
              </w:rPr>
              <w:t>Öğretim</w:t>
            </w:r>
            <w:proofErr w:type="spellEnd"/>
            <w:r w:rsidRPr="005C50D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50D4">
              <w:rPr>
                <w:rFonts w:ascii="Times New Roman" w:hAnsi="Times New Roman" w:cs="Times New Roman"/>
                <w:b/>
                <w:sz w:val="20"/>
              </w:rPr>
              <w:t>dili</w:t>
            </w:r>
            <w:proofErr w:type="spellEnd"/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Türkçe       </w:t>
            </w: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İngilizce       </w:t>
            </w: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Diğer: …………………</w:t>
            </w: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İlk kayıt / yerleştirme yılı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Yerleştirme şekli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YKS/ÖSYS   </w:t>
            </w: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DGS   </w:t>
            </w: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Yatay geçiş   </w:t>
            </w: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Uluslararası öğrenci   </w:t>
            </w: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Diğer</w:t>
            </w: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İlişik kesilme tarihi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sz w:val="20"/>
              </w:rPr>
              <w:t>…… / …… / …………</w:t>
            </w: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İlişik kesilme nedeni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sz w:val="20"/>
              </w:rPr>
              <w:br/>
            </w:r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p w:rsidR="00DD5EFD" w:rsidRPr="005C50D4" w:rsidRDefault="005A348B">
      <w:pPr>
        <w:rPr>
          <w:rFonts w:ascii="Times New Roman" w:hAnsi="Times New Roman" w:cs="Times New Roman"/>
        </w:rPr>
      </w:pPr>
      <w:r w:rsidRPr="005C50D4">
        <w:rPr>
          <w:rFonts w:ascii="Times New Roman" w:hAnsi="Times New Roman" w:cs="Times New Roman"/>
        </w:rPr>
        <w:br w:type="page"/>
      </w:r>
    </w:p>
    <w:tbl>
      <w:tblPr>
        <w:tblStyle w:val="TabloKlavuzu"/>
        <w:tblW w:w="9360" w:type="dxa"/>
        <w:tblInd w:w="120" w:type="dxa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9360"/>
      </w:tblGrid>
      <w:tr w:rsidR="00DD5EFD" w:rsidRPr="005C50D4" w:rsidTr="00445C10">
        <w:tc>
          <w:tcPr>
            <w:tcW w:w="9360" w:type="dxa"/>
            <w:shd w:val="clear" w:color="auto" w:fill="DBE5F1" w:themeFill="accent1" w:themeFillTint="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2"/>
              </w:rPr>
              <w:lastRenderedPageBreak/>
              <w:t>C. BAŞVURU KAPSAMI</w:t>
            </w:r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Üniversitede kayıtlı öğrenci iken ilişiğim kesildi.</w:t>
      </w: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Bir programa kayıt hakkı kazandığım hâlde kayıt yaptırmadım.</w:t>
      </w: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Kendi isteğimle kaydımı sildirdim.</w:t>
      </w: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Anadal programından ilişiğim kesildiği için çift anadal programından da ilişiğim kesildi.</w:t>
      </w: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Anadal programına devam ederken veya anadal programından mezun olduktan sonra çift anadal programından ilişiğim kesildi.</w:t>
      </w: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Mücbir sebep / sağlık nedeniyle süresi içinde başvuramadım.</w:t>
      </w: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Kanunun yürürlüğe girdiği tarihte askerlik görevimi yapmaktaydım.</w:t>
      </w: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Diğer: ...................................................................................................................</w:t>
      </w:r>
    </w:p>
    <w:tbl>
      <w:tblPr>
        <w:tblStyle w:val="TabloKlavuzu"/>
        <w:tblW w:w="9360" w:type="dxa"/>
        <w:tblInd w:w="120" w:type="dxa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9360"/>
      </w:tblGrid>
      <w:tr w:rsidR="00DD5EFD" w:rsidRPr="005C50D4" w:rsidTr="00445C10">
        <w:tc>
          <w:tcPr>
            <w:tcW w:w="9360" w:type="dxa"/>
            <w:shd w:val="clear" w:color="auto" w:fill="DBE5F1" w:themeFill="accent1" w:themeFillTint="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2"/>
              </w:rPr>
              <w:t>D. HÂLEN DEVAM EDİLEN YÜKSEKÖĞRETİM PROGRAMI</w:t>
            </w:r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Herhangi bir yükseköğretim programında kayıtlı değilim.</w:t>
      </w: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Hâlen aşağıda belirtilen yükseköğretim programında kayıtlıyım:</w:t>
      </w:r>
    </w:p>
    <w:tbl>
      <w:tblPr>
        <w:tblStyle w:val="TabloKlavuzu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Üniversite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Program ve öğrenim düzeyi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Öğretim şekli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Örgün       </w:t>
            </w: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Açık/uzaktan öğretim</w:t>
            </w:r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p w:rsidR="00DD5EFD" w:rsidRPr="005C50D4" w:rsidRDefault="005A348B">
      <w:pPr>
        <w:spacing w:after="100"/>
        <w:rPr>
          <w:rFonts w:ascii="Times New Roman" w:hAnsi="Times New Roman" w:cs="Times New Roman"/>
        </w:rPr>
      </w:pPr>
      <w:r w:rsidRPr="005C50D4">
        <w:rPr>
          <w:rFonts w:ascii="Times New Roman" w:hAnsi="Times New Roman" w:cs="Times New Roman"/>
          <w:b/>
          <w:color w:val="5A5A5A"/>
          <w:sz w:val="19"/>
        </w:rPr>
        <w:t>Not: Aynı düzeyde iki örgün programa eş zamanlı kayıt yapılamayacağına ilişkin hükümler saklıdır.</w:t>
      </w:r>
    </w:p>
    <w:tbl>
      <w:tblPr>
        <w:tblStyle w:val="TabloKlavuzu"/>
        <w:tblW w:w="9360" w:type="dxa"/>
        <w:tblInd w:w="120" w:type="dxa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9360"/>
      </w:tblGrid>
      <w:tr w:rsidR="00DD5EFD" w:rsidRPr="005C50D4" w:rsidTr="00445C10">
        <w:tc>
          <w:tcPr>
            <w:tcW w:w="9360" w:type="dxa"/>
            <w:shd w:val="clear" w:color="auto" w:fill="DBE5F1" w:themeFill="accent1" w:themeFillTint="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2"/>
              </w:rPr>
              <w:t>E. BAŞVURUYA EKLENE</w:t>
            </w:r>
            <w:r w:rsidR="00B536B3">
              <w:rPr>
                <w:rFonts w:ascii="Times New Roman" w:hAnsi="Times New Roman" w:cs="Times New Roman"/>
                <w:b/>
                <w:sz w:val="22"/>
              </w:rPr>
              <w:t>CEK</w:t>
            </w:r>
            <w:r w:rsidRPr="005C50D4">
              <w:rPr>
                <w:rFonts w:ascii="Times New Roman" w:hAnsi="Times New Roman" w:cs="Times New Roman"/>
                <w:b/>
                <w:sz w:val="22"/>
              </w:rPr>
              <w:t xml:space="preserve"> BELGELER</w:t>
            </w:r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Başvuru formu</w:t>
      </w: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T.C. </w:t>
      </w:r>
      <w:proofErr w:type="spellStart"/>
      <w:r w:rsidRPr="005C50D4">
        <w:rPr>
          <w:rFonts w:ascii="Times New Roman" w:hAnsi="Times New Roman" w:cs="Times New Roman"/>
          <w:sz w:val="20"/>
        </w:rPr>
        <w:t>kimlik</w:t>
      </w:r>
      <w:proofErr w:type="spellEnd"/>
      <w:r w:rsidRPr="005C50D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0"/>
        </w:rPr>
        <w:t>kartı</w:t>
      </w:r>
      <w:proofErr w:type="spellEnd"/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Yabancı uyruklular için pasaport fotokopisi ve varsa yabancı kimlik numarası belgesi</w:t>
      </w: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Güncel tarihli adli sicil kayıt belgesi</w:t>
      </w: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ÖSYM </w:t>
      </w:r>
      <w:proofErr w:type="spellStart"/>
      <w:r w:rsidRPr="005C50D4">
        <w:rPr>
          <w:rFonts w:ascii="Times New Roman" w:hAnsi="Times New Roman" w:cs="Times New Roman"/>
          <w:sz w:val="20"/>
        </w:rPr>
        <w:t>yerleştirme</w:t>
      </w:r>
      <w:proofErr w:type="spellEnd"/>
      <w:r w:rsidRPr="005C50D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0"/>
        </w:rPr>
        <w:t>sonuç</w:t>
      </w:r>
      <w:proofErr w:type="spellEnd"/>
      <w:r w:rsidRPr="005C50D4">
        <w:rPr>
          <w:rFonts w:ascii="Times New Roman" w:hAnsi="Times New Roman" w:cs="Times New Roman"/>
          <w:sz w:val="20"/>
        </w:rPr>
        <w:t xml:space="preserve"> belgesi (kayıt yaptırmayan adaylar için)</w:t>
      </w: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0"/>
        </w:rPr>
        <w:t>Noter</w:t>
      </w:r>
      <w:proofErr w:type="spellEnd"/>
      <w:r w:rsidRPr="005C50D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0"/>
        </w:rPr>
        <w:t>onaylı</w:t>
      </w:r>
      <w:proofErr w:type="spellEnd"/>
      <w:r w:rsidRPr="005C50D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0"/>
        </w:rPr>
        <w:t>vekâletname</w:t>
      </w:r>
      <w:proofErr w:type="spellEnd"/>
      <w:r w:rsidRPr="005C50D4">
        <w:rPr>
          <w:rFonts w:ascii="Times New Roman" w:hAnsi="Times New Roman" w:cs="Times New Roman"/>
          <w:sz w:val="20"/>
        </w:rPr>
        <w:t xml:space="preserve"> (vekâleten başvurularda)</w:t>
      </w: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Sağlık kurulu raporu / </w:t>
      </w:r>
      <w:proofErr w:type="spellStart"/>
      <w:r w:rsidRPr="005C50D4">
        <w:rPr>
          <w:rFonts w:ascii="Times New Roman" w:hAnsi="Times New Roman" w:cs="Times New Roman"/>
          <w:sz w:val="20"/>
        </w:rPr>
        <w:t>mücbir</w:t>
      </w:r>
      <w:proofErr w:type="spellEnd"/>
      <w:r w:rsidRPr="005C50D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0"/>
        </w:rPr>
        <w:t>sebep</w:t>
      </w:r>
      <w:proofErr w:type="spellEnd"/>
      <w:r w:rsidRPr="005C50D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0"/>
        </w:rPr>
        <w:t>belgesi</w:t>
      </w:r>
      <w:proofErr w:type="spellEnd"/>
      <w:r w:rsidRPr="005C50D4">
        <w:rPr>
          <w:rFonts w:ascii="Times New Roman" w:hAnsi="Times New Roman" w:cs="Times New Roman"/>
          <w:sz w:val="20"/>
        </w:rPr>
        <w:t xml:space="preserve"> </w:t>
      </w:r>
      <w:r w:rsidRPr="005C50D4">
        <w:rPr>
          <w:rFonts w:ascii="Times New Roman" w:hAnsi="Times New Roman" w:cs="Times New Roman"/>
          <w:color w:val="FF0000"/>
          <w:sz w:val="20"/>
        </w:rPr>
        <w:t>(</w:t>
      </w:r>
      <w:r w:rsidR="005C50D4" w:rsidRPr="005C50D4">
        <w:rPr>
          <w:rFonts w:ascii="Times New Roman" w:hAnsi="Times New Roman" w:cs="Times New Roman"/>
          <w:color w:val="FF0000"/>
          <w:sz w:val="20"/>
        </w:rPr>
        <w:t>*</w:t>
      </w:r>
      <w:r w:rsidRPr="005C50D4">
        <w:rPr>
          <w:rFonts w:ascii="Times New Roman" w:hAnsi="Times New Roman" w:cs="Times New Roman"/>
          <w:color w:val="FF0000"/>
          <w:sz w:val="20"/>
        </w:rPr>
        <w:t>)</w:t>
      </w:r>
    </w:p>
    <w:p w:rsidR="00DD5EFD" w:rsidRPr="005C50D4" w:rsidRDefault="005A348B">
      <w:pPr>
        <w:spacing w:after="60" w:line="240" w:lineRule="auto"/>
        <w:ind w:left="173"/>
        <w:rPr>
          <w:rFonts w:ascii="Times New Roman" w:hAnsi="Times New Roman" w:cs="Times New Roman"/>
        </w:rPr>
      </w:pPr>
      <w:r w:rsidRPr="005C50D4">
        <w:rPr>
          <w:rFonts w:ascii="Segoe UI Symbol" w:hAnsi="Segoe UI Symbol" w:cs="Segoe UI Symbol"/>
          <w:sz w:val="20"/>
        </w:rPr>
        <w:t>☐</w:t>
      </w:r>
      <w:r w:rsidRPr="005C50D4">
        <w:rPr>
          <w:rFonts w:ascii="Times New Roman" w:hAnsi="Times New Roman" w:cs="Times New Roman"/>
          <w:sz w:val="20"/>
        </w:rPr>
        <w:t xml:space="preserve"> Askerlik durum / </w:t>
      </w:r>
      <w:proofErr w:type="spellStart"/>
      <w:r w:rsidRPr="005C50D4">
        <w:rPr>
          <w:rFonts w:ascii="Times New Roman" w:hAnsi="Times New Roman" w:cs="Times New Roman"/>
          <w:sz w:val="20"/>
        </w:rPr>
        <w:t>terhis</w:t>
      </w:r>
      <w:proofErr w:type="spellEnd"/>
      <w:r w:rsidRPr="005C50D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20"/>
        </w:rPr>
        <w:t>belgesi</w:t>
      </w:r>
      <w:proofErr w:type="spellEnd"/>
      <w:r w:rsidRPr="005C50D4">
        <w:rPr>
          <w:rFonts w:ascii="Times New Roman" w:hAnsi="Times New Roman" w:cs="Times New Roman"/>
          <w:sz w:val="20"/>
        </w:rPr>
        <w:t xml:space="preserve"> </w:t>
      </w:r>
      <w:r w:rsidRPr="005C50D4">
        <w:rPr>
          <w:rFonts w:ascii="Times New Roman" w:hAnsi="Times New Roman" w:cs="Times New Roman"/>
          <w:color w:val="FF0000"/>
          <w:sz w:val="20"/>
        </w:rPr>
        <w:t>(</w:t>
      </w:r>
      <w:r w:rsidR="005C50D4" w:rsidRPr="005C50D4">
        <w:rPr>
          <w:rFonts w:ascii="Times New Roman" w:hAnsi="Times New Roman" w:cs="Times New Roman"/>
          <w:color w:val="FF0000"/>
          <w:sz w:val="20"/>
        </w:rPr>
        <w:t>**</w:t>
      </w:r>
      <w:r w:rsidRPr="005C50D4">
        <w:rPr>
          <w:rFonts w:ascii="Times New Roman" w:hAnsi="Times New Roman" w:cs="Times New Roman"/>
          <w:color w:val="FF0000"/>
          <w:sz w:val="20"/>
        </w:rPr>
        <w:t>)</w:t>
      </w:r>
    </w:p>
    <w:p w:rsidR="005C50D4" w:rsidRPr="005C50D4" w:rsidRDefault="005C50D4" w:rsidP="005C50D4">
      <w:pPr>
        <w:pStyle w:val="Default"/>
        <w:jc w:val="both"/>
        <w:rPr>
          <w:color w:val="FF0000"/>
        </w:rPr>
      </w:pPr>
    </w:p>
    <w:p w:rsidR="005C50D4" w:rsidRDefault="005C50D4" w:rsidP="005C50D4">
      <w:pPr>
        <w:pStyle w:val="Default"/>
        <w:jc w:val="both"/>
        <w:rPr>
          <w:sz w:val="22"/>
          <w:szCs w:val="22"/>
        </w:rPr>
      </w:pPr>
      <w:r w:rsidRPr="005C50D4">
        <w:rPr>
          <w:color w:val="FF0000"/>
        </w:rPr>
        <w:t xml:space="preserve"> </w:t>
      </w:r>
      <w:r w:rsidRPr="00B536B3">
        <w:rPr>
          <w:color w:val="FF0000"/>
          <w:sz w:val="22"/>
          <w:szCs w:val="22"/>
        </w:rPr>
        <w:t xml:space="preserve">(*) </w:t>
      </w:r>
      <w:r w:rsidRPr="00B536B3">
        <w:rPr>
          <w:color w:val="auto"/>
          <w:sz w:val="22"/>
          <w:szCs w:val="22"/>
          <w:lang w:val="en-US"/>
        </w:rPr>
        <w:t xml:space="preserve">2547 </w:t>
      </w:r>
      <w:proofErr w:type="spellStart"/>
      <w:r w:rsidRPr="00B536B3">
        <w:rPr>
          <w:color w:val="auto"/>
          <w:sz w:val="22"/>
          <w:szCs w:val="22"/>
          <w:lang w:val="en-US"/>
        </w:rPr>
        <w:t>sayılı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Yükseköğretim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Kanununun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Geçici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85 </w:t>
      </w:r>
      <w:proofErr w:type="spellStart"/>
      <w:r w:rsidRPr="00B536B3">
        <w:rPr>
          <w:color w:val="auto"/>
          <w:sz w:val="22"/>
          <w:szCs w:val="22"/>
          <w:lang w:val="en-US"/>
        </w:rPr>
        <w:t>inci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maddesinde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öngörülen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başvuru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süresi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içinde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mücbir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sebeplerle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başvuramayanların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, </w:t>
      </w:r>
      <w:proofErr w:type="spellStart"/>
      <w:r w:rsidRPr="00B536B3">
        <w:rPr>
          <w:color w:val="auto"/>
          <w:sz w:val="22"/>
          <w:szCs w:val="22"/>
          <w:lang w:val="en-US"/>
        </w:rPr>
        <w:t>mücbir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sebebin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ortadan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kalktığı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tarihten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itibaren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bir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ay </w:t>
      </w:r>
      <w:proofErr w:type="spellStart"/>
      <w:r w:rsidRPr="00B536B3">
        <w:rPr>
          <w:color w:val="auto"/>
          <w:sz w:val="22"/>
          <w:szCs w:val="22"/>
          <w:lang w:val="en-US"/>
        </w:rPr>
        <w:t>içinde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, </w:t>
      </w:r>
      <w:proofErr w:type="spellStart"/>
      <w:r w:rsidRPr="00B536B3">
        <w:rPr>
          <w:color w:val="auto"/>
          <w:sz w:val="22"/>
          <w:szCs w:val="22"/>
          <w:lang w:val="en-US"/>
        </w:rPr>
        <w:t>sağlık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nedenleri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ile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başvuramayanların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ise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buna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ilişkin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B536B3">
        <w:rPr>
          <w:color w:val="auto"/>
          <w:sz w:val="22"/>
          <w:szCs w:val="22"/>
          <w:lang w:val="en-US"/>
        </w:rPr>
        <w:t>heyet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</w:t>
      </w:r>
      <w:proofErr w:type="spellStart"/>
      <w:proofErr w:type="gramStart"/>
      <w:r w:rsidRPr="00B536B3">
        <w:rPr>
          <w:color w:val="auto"/>
          <w:sz w:val="22"/>
          <w:szCs w:val="22"/>
          <w:lang w:val="en-US"/>
        </w:rPr>
        <w:t>raporunu</w:t>
      </w:r>
      <w:proofErr w:type="spellEnd"/>
      <w:r w:rsidRPr="00B536B3">
        <w:rPr>
          <w:color w:val="auto"/>
          <w:sz w:val="22"/>
          <w:szCs w:val="22"/>
          <w:lang w:val="en-US"/>
        </w:rPr>
        <w:t xml:space="preserve">  </w:t>
      </w:r>
      <w:r w:rsidRPr="00B536B3">
        <w:rPr>
          <w:sz w:val="22"/>
          <w:szCs w:val="22"/>
        </w:rPr>
        <w:t>09</w:t>
      </w:r>
      <w:proofErr w:type="gramEnd"/>
      <w:r w:rsidRPr="00B536B3">
        <w:rPr>
          <w:sz w:val="22"/>
          <w:szCs w:val="22"/>
        </w:rPr>
        <w:t xml:space="preserve">/12/2026 tarihi mesai bitimine kadar ibraz etmeleri halinde bu kanundan yararlanabileceklerine,  </w:t>
      </w:r>
    </w:p>
    <w:p w:rsidR="00B536B3" w:rsidRPr="00B536B3" w:rsidRDefault="00B536B3" w:rsidP="005C50D4">
      <w:pPr>
        <w:pStyle w:val="Default"/>
        <w:jc w:val="both"/>
        <w:rPr>
          <w:sz w:val="22"/>
          <w:szCs w:val="22"/>
        </w:rPr>
      </w:pPr>
      <w:bookmarkStart w:id="0" w:name="_GoBack"/>
      <w:bookmarkEnd w:id="0"/>
    </w:p>
    <w:p w:rsidR="005C50D4" w:rsidRPr="00B536B3" w:rsidRDefault="005C50D4" w:rsidP="005C50D4">
      <w:pPr>
        <w:pStyle w:val="ListeMaddemi"/>
        <w:numPr>
          <w:ilvl w:val="0"/>
          <w:numId w:val="0"/>
        </w:numPr>
        <w:tabs>
          <w:tab w:val="left" w:pos="708"/>
        </w:tabs>
        <w:jc w:val="both"/>
        <w:rPr>
          <w:rFonts w:ascii="Times New Roman" w:hAnsi="Times New Roman" w:cs="Times New Roman"/>
          <w:sz w:val="22"/>
        </w:rPr>
      </w:pPr>
      <w:r w:rsidRPr="00B536B3">
        <w:rPr>
          <w:rFonts w:ascii="Times New Roman" w:hAnsi="Times New Roman" w:cs="Times New Roman"/>
          <w:color w:val="FF0000"/>
          <w:sz w:val="22"/>
        </w:rPr>
        <w:t xml:space="preserve">(**) </w:t>
      </w:r>
      <w:proofErr w:type="spellStart"/>
      <w:r w:rsidRPr="00B536B3">
        <w:rPr>
          <w:rFonts w:ascii="Times New Roman" w:hAnsi="Times New Roman" w:cs="Times New Roman"/>
          <w:sz w:val="22"/>
        </w:rPr>
        <w:t>Birinci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fıkra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kapsamında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yeniden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öğrenime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başlayanların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askerlik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ertelemelerinin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7179 </w:t>
      </w:r>
      <w:proofErr w:type="spellStart"/>
      <w:r w:rsidRPr="00B536B3">
        <w:rPr>
          <w:rFonts w:ascii="Times New Roman" w:hAnsi="Times New Roman" w:cs="Times New Roman"/>
          <w:sz w:val="22"/>
        </w:rPr>
        <w:t>sayılı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Kanunun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20 </w:t>
      </w:r>
      <w:proofErr w:type="spellStart"/>
      <w:r w:rsidRPr="00B536B3">
        <w:rPr>
          <w:rFonts w:ascii="Times New Roman" w:hAnsi="Times New Roman" w:cs="Times New Roman"/>
          <w:sz w:val="22"/>
        </w:rPr>
        <w:t>nci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maddesindeki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usul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ve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esaslara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göre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yapılmasına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; </w:t>
      </w:r>
      <w:proofErr w:type="spellStart"/>
      <w:r w:rsidRPr="00B536B3">
        <w:rPr>
          <w:rFonts w:ascii="Times New Roman" w:hAnsi="Times New Roman" w:cs="Times New Roman"/>
          <w:sz w:val="22"/>
        </w:rPr>
        <w:t>bu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maddenin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yürürlüğe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girdiği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tarihte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askerlik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görevini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yapmakta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olanlar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terhislerini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takip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eden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iki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ay </w:t>
      </w:r>
      <w:proofErr w:type="spellStart"/>
      <w:r w:rsidRPr="00B536B3">
        <w:rPr>
          <w:rFonts w:ascii="Times New Roman" w:hAnsi="Times New Roman" w:cs="Times New Roman"/>
          <w:sz w:val="22"/>
        </w:rPr>
        <w:t>içinde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ilgili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yükseköğretim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kurumuna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başvurmaları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halinde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bu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maddede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belirtilen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haklardan</w:t>
      </w:r>
      <w:proofErr w:type="spellEnd"/>
      <w:r w:rsidRPr="00B536B3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536B3">
        <w:rPr>
          <w:rFonts w:ascii="Times New Roman" w:hAnsi="Times New Roman" w:cs="Times New Roman"/>
          <w:sz w:val="22"/>
        </w:rPr>
        <w:t>yararlanabileceklerine</w:t>
      </w:r>
      <w:proofErr w:type="spellEnd"/>
      <w:r w:rsidRPr="00B536B3">
        <w:rPr>
          <w:rFonts w:ascii="Times New Roman" w:hAnsi="Times New Roman" w:cs="Times New Roman"/>
          <w:sz w:val="22"/>
        </w:rPr>
        <w:t>,</w:t>
      </w:r>
    </w:p>
    <w:p w:rsidR="005C50D4" w:rsidRPr="005C50D4" w:rsidRDefault="005C50D4">
      <w:pPr>
        <w:spacing w:after="200" w:line="276" w:lineRule="auto"/>
        <w:rPr>
          <w:rFonts w:ascii="Times New Roman" w:hAnsi="Times New Roman" w:cs="Times New Roman"/>
          <w:sz w:val="20"/>
        </w:rPr>
      </w:pPr>
      <w:r w:rsidRPr="005C50D4">
        <w:rPr>
          <w:rFonts w:ascii="Times New Roman" w:hAnsi="Times New Roman" w:cs="Times New Roman"/>
          <w:sz w:val="20"/>
        </w:rPr>
        <w:br w:type="page"/>
      </w:r>
    </w:p>
    <w:p w:rsidR="00DD5EFD" w:rsidRPr="005C50D4" w:rsidRDefault="00DD5EFD">
      <w:pPr>
        <w:spacing w:after="60" w:line="240" w:lineRule="auto"/>
        <w:ind w:left="173"/>
        <w:rPr>
          <w:rFonts w:ascii="Times New Roman" w:hAnsi="Times New Roman" w:cs="Times New Roman"/>
        </w:rPr>
      </w:pPr>
    </w:p>
    <w:tbl>
      <w:tblPr>
        <w:tblStyle w:val="TabloKlavuzu"/>
        <w:tblW w:w="9360" w:type="dxa"/>
        <w:tblInd w:w="120" w:type="dxa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9360"/>
      </w:tblGrid>
      <w:tr w:rsidR="00DD5EFD" w:rsidRPr="005C50D4" w:rsidTr="00445C10">
        <w:tc>
          <w:tcPr>
            <w:tcW w:w="9360" w:type="dxa"/>
            <w:shd w:val="clear" w:color="auto" w:fill="DBE5F1" w:themeFill="accent1" w:themeFillTint="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2"/>
              </w:rPr>
              <w:t>F. AÇIKLAMALAR</w:t>
            </w:r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tbl>
      <w:tblPr>
        <w:tblStyle w:val="TabloKlavuzu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Başvuruya ilişkin açıklamalar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sz w:val="20"/>
              </w:rPr>
              <w:br/>
            </w:r>
            <w:r w:rsidRPr="005C50D4">
              <w:rPr>
                <w:rFonts w:ascii="Times New Roman" w:hAnsi="Times New Roman" w:cs="Times New Roman"/>
                <w:sz w:val="20"/>
              </w:rPr>
              <w:br/>
            </w:r>
            <w:r w:rsidRPr="005C50D4">
              <w:rPr>
                <w:rFonts w:ascii="Times New Roman" w:hAnsi="Times New Roman" w:cs="Times New Roman"/>
                <w:sz w:val="20"/>
              </w:rPr>
              <w:br/>
            </w:r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tbl>
      <w:tblPr>
        <w:tblStyle w:val="TabloKlavuzu"/>
        <w:tblW w:w="9360" w:type="dxa"/>
        <w:tblInd w:w="120" w:type="dxa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9360"/>
      </w:tblGrid>
      <w:tr w:rsidR="00DD5EFD" w:rsidRPr="005C50D4" w:rsidTr="00445C10">
        <w:tc>
          <w:tcPr>
            <w:tcW w:w="9360" w:type="dxa"/>
            <w:shd w:val="clear" w:color="auto" w:fill="DBE5F1" w:themeFill="accent1" w:themeFillTint="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2"/>
              </w:rPr>
              <w:t>G. BEYAN VE TAAHHÜT</w:t>
            </w:r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p w:rsidR="00DD5EFD" w:rsidRPr="005C50D4" w:rsidRDefault="005A348B">
      <w:pPr>
        <w:spacing w:after="160"/>
        <w:jc w:val="both"/>
        <w:rPr>
          <w:rFonts w:ascii="Times New Roman" w:hAnsi="Times New Roman" w:cs="Times New Roman"/>
        </w:rPr>
      </w:pPr>
      <w:r w:rsidRPr="005C50D4">
        <w:rPr>
          <w:rFonts w:ascii="Times New Roman" w:hAnsi="Times New Roman" w:cs="Times New Roman"/>
          <w:sz w:val="19"/>
        </w:rPr>
        <w:t xml:space="preserve">7592 sayılı Kanun ile 2547 sayılı Yükseköğretim Kanunu’na eklenen Geçici 85’inci madde ve Yükseköğretim Kurulu Uygulama İlkeleri </w:t>
      </w:r>
      <w:proofErr w:type="spellStart"/>
      <w:r w:rsidRPr="005C50D4">
        <w:rPr>
          <w:rFonts w:ascii="Times New Roman" w:hAnsi="Times New Roman" w:cs="Times New Roman"/>
          <w:sz w:val="19"/>
        </w:rPr>
        <w:t>kapsamında</w:t>
      </w:r>
      <w:proofErr w:type="spellEnd"/>
      <w:r w:rsidRPr="005C50D4">
        <w:rPr>
          <w:rFonts w:ascii="Times New Roman" w:hAnsi="Times New Roman" w:cs="Times New Roman"/>
          <w:sz w:val="19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19"/>
        </w:rPr>
        <w:t>öğrenci</w:t>
      </w:r>
      <w:proofErr w:type="spellEnd"/>
      <w:r w:rsidRPr="005C50D4">
        <w:rPr>
          <w:rFonts w:ascii="Times New Roman" w:hAnsi="Times New Roman" w:cs="Times New Roman"/>
          <w:sz w:val="19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19"/>
        </w:rPr>
        <w:t>affından</w:t>
      </w:r>
      <w:proofErr w:type="spellEnd"/>
      <w:r w:rsidRPr="005C50D4">
        <w:rPr>
          <w:rFonts w:ascii="Times New Roman" w:hAnsi="Times New Roman" w:cs="Times New Roman"/>
          <w:sz w:val="19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19"/>
        </w:rPr>
        <w:t>yararlan</w:t>
      </w:r>
      <w:r w:rsidR="00F6648A">
        <w:rPr>
          <w:rFonts w:ascii="Times New Roman" w:hAnsi="Times New Roman" w:cs="Times New Roman"/>
          <w:sz w:val="19"/>
        </w:rPr>
        <w:t>arak</w:t>
      </w:r>
      <w:proofErr w:type="spellEnd"/>
      <w:r w:rsidR="00F6648A">
        <w:rPr>
          <w:rFonts w:ascii="Times New Roman" w:hAnsi="Times New Roman" w:cs="Times New Roman"/>
          <w:sz w:val="19"/>
        </w:rPr>
        <w:t xml:space="preserve"> </w:t>
      </w:r>
      <w:proofErr w:type="spellStart"/>
      <w:r w:rsidR="00F6648A">
        <w:rPr>
          <w:rFonts w:ascii="Times New Roman" w:hAnsi="Times New Roman" w:cs="Times New Roman"/>
          <w:sz w:val="19"/>
        </w:rPr>
        <w:t>kaydımı</w:t>
      </w:r>
      <w:proofErr w:type="spellEnd"/>
      <w:r w:rsidR="00F6648A">
        <w:rPr>
          <w:rFonts w:ascii="Times New Roman" w:hAnsi="Times New Roman" w:cs="Times New Roman"/>
          <w:sz w:val="19"/>
        </w:rPr>
        <w:t xml:space="preserve"> </w:t>
      </w:r>
      <w:proofErr w:type="spellStart"/>
      <w:r w:rsidR="00F6648A">
        <w:rPr>
          <w:rFonts w:ascii="Times New Roman" w:hAnsi="Times New Roman" w:cs="Times New Roman"/>
          <w:sz w:val="19"/>
        </w:rPr>
        <w:t>yaptırmak</w:t>
      </w:r>
      <w:proofErr w:type="spellEnd"/>
      <w:r w:rsidR="00F6648A">
        <w:rPr>
          <w:rFonts w:ascii="Times New Roman" w:hAnsi="Times New Roman" w:cs="Times New Roman"/>
          <w:sz w:val="19"/>
        </w:rPr>
        <w:t xml:space="preserve"> </w:t>
      </w:r>
      <w:proofErr w:type="spellStart"/>
      <w:r w:rsidRPr="005C50D4">
        <w:rPr>
          <w:rFonts w:ascii="Times New Roman" w:hAnsi="Times New Roman" w:cs="Times New Roman"/>
          <w:sz w:val="19"/>
        </w:rPr>
        <w:t>istiyorum</w:t>
      </w:r>
      <w:proofErr w:type="spellEnd"/>
      <w:r w:rsidRPr="005C50D4">
        <w:rPr>
          <w:rFonts w:ascii="Times New Roman" w:hAnsi="Times New Roman" w:cs="Times New Roman"/>
          <w:sz w:val="19"/>
        </w:rPr>
        <w:t>. Bu formda ve eklerinde sunduğum bilgi ve belgelerin doğru olduğunu; gerçeğe aykırı, eksik veya sahte bilgi ve belge sunduğumun tespit edilmesi hâlinde başvurumun/kaydımın iptal edilebileceğini ve hakkımda ilgili mevzuat hükümlerinin uygulanacağını kabul ve beyan ederim. Başvurumun kesin kayıt anlamına gelmediğini; kayıt, intibak, muafiyet, devam ve diğer akademik işlemlerin ilgili kurul kararlarına göre yürütüleceğini; Üniversitenin internet sayfasında yayımlanan duyuruları takip etmenin kendi sorumluluğumda olduğunu kabul ederim.</w:t>
      </w:r>
    </w:p>
    <w:tbl>
      <w:tblPr>
        <w:tblStyle w:val="TabloKlavuzu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DD5EFD" w:rsidRPr="005C50D4">
        <w:trPr>
          <w:cantSplit/>
        </w:trPr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C50D4">
              <w:rPr>
                <w:rFonts w:ascii="Times New Roman" w:hAnsi="Times New Roman" w:cs="Times New Roman"/>
                <w:b/>
                <w:sz w:val="20"/>
              </w:rPr>
              <w:t>Başvuru</w:t>
            </w:r>
            <w:proofErr w:type="spellEnd"/>
            <w:r w:rsidRPr="005C50D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445C10" w:rsidRPr="005C50D4">
              <w:rPr>
                <w:rFonts w:ascii="Times New Roman" w:hAnsi="Times New Roman" w:cs="Times New Roman"/>
                <w:b/>
                <w:sz w:val="20"/>
              </w:rPr>
              <w:t>Sahibinin</w:t>
            </w:r>
            <w:proofErr w:type="spellEnd"/>
            <w:r w:rsidR="00445C10" w:rsidRPr="005C50D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445C10" w:rsidRPr="005C50D4">
              <w:rPr>
                <w:rFonts w:ascii="Times New Roman" w:hAnsi="Times New Roman" w:cs="Times New Roman"/>
                <w:b/>
                <w:sz w:val="20"/>
              </w:rPr>
              <w:t>Adı</w:t>
            </w:r>
            <w:proofErr w:type="spellEnd"/>
            <w:r w:rsidR="00445C10" w:rsidRPr="005C50D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="00445C10" w:rsidRPr="005C50D4">
              <w:rPr>
                <w:rFonts w:ascii="Times New Roman" w:hAnsi="Times New Roman" w:cs="Times New Roman"/>
                <w:b/>
                <w:sz w:val="20"/>
              </w:rPr>
              <w:t>Soyadı</w:t>
            </w:r>
            <w:proofErr w:type="spellEnd"/>
          </w:p>
        </w:tc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44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C50D4">
              <w:rPr>
                <w:rFonts w:ascii="Times New Roman" w:hAnsi="Times New Roman" w:cs="Times New Roman"/>
                <w:b/>
                <w:sz w:val="20"/>
              </w:rPr>
              <w:t>Vekil</w:t>
            </w:r>
            <w:proofErr w:type="spellEnd"/>
            <w:r w:rsidRPr="005C50D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50D4">
              <w:rPr>
                <w:rFonts w:ascii="Times New Roman" w:hAnsi="Times New Roman" w:cs="Times New Roman"/>
                <w:b/>
                <w:sz w:val="20"/>
              </w:rPr>
              <w:t>Aracılığıyla</w:t>
            </w:r>
            <w:proofErr w:type="spellEnd"/>
            <w:r w:rsidRPr="005C50D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50D4">
              <w:rPr>
                <w:rFonts w:ascii="Times New Roman" w:hAnsi="Times New Roman" w:cs="Times New Roman"/>
                <w:b/>
                <w:sz w:val="20"/>
              </w:rPr>
              <w:t>Başvurulmuşsa</w:t>
            </w:r>
            <w:proofErr w:type="spellEnd"/>
            <w:r w:rsidRPr="005C50D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50D4">
              <w:rPr>
                <w:rFonts w:ascii="Times New Roman" w:hAnsi="Times New Roman" w:cs="Times New Roman"/>
                <w:b/>
                <w:sz w:val="20"/>
              </w:rPr>
              <w:t>Vekilin</w:t>
            </w:r>
            <w:proofErr w:type="spellEnd"/>
            <w:r w:rsidRPr="005C50D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50D4">
              <w:rPr>
                <w:rFonts w:ascii="Times New Roman" w:hAnsi="Times New Roman" w:cs="Times New Roman"/>
                <w:b/>
                <w:sz w:val="20"/>
              </w:rPr>
              <w:t>Adı</w:t>
            </w:r>
            <w:proofErr w:type="spellEnd"/>
            <w:r w:rsidRPr="005C50D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50D4">
              <w:rPr>
                <w:rFonts w:ascii="Times New Roman" w:hAnsi="Times New Roman" w:cs="Times New Roman"/>
                <w:b/>
                <w:sz w:val="20"/>
              </w:rPr>
              <w:t>Soyadı</w:t>
            </w:r>
            <w:proofErr w:type="spellEnd"/>
          </w:p>
        </w:tc>
      </w:tr>
      <w:tr w:rsidR="00DD5EFD" w:rsidRPr="005C50D4">
        <w:trPr>
          <w:cantSplit/>
        </w:trPr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DD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5C10" w:rsidRPr="005C50D4">
        <w:trPr>
          <w:cantSplit/>
        </w:trPr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45C10" w:rsidRPr="005C50D4" w:rsidRDefault="00445C10" w:rsidP="0044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C50D4">
              <w:rPr>
                <w:rFonts w:ascii="Times New Roman" w:hAnsi="Times New Roman" w:cs="Times New Roman"/>
                <w:b/>
                <w:sz w:val="20"/>
              </w:rPr>
              <w:t>İmza</w:t>
            </w:r>
            <w:proofErr w:type="spellEnd"/>
          </w:p>
        </w:tc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445C10" w:rsidRPr="005C50D4" w:rsidRDefault="00445C10" w:rsidP="0044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İ</w:t>
            </w:r>
            <w:r w:rsidRPr="005C50D4">
              <w:rPr>
                <w:rFonts w:ascii="Times New Roman" w:hAnsi="Times New Roman" w:cs="Times New Roman"/>
                <w:b/>
                <w:sz w:val="20"/>
              </w:rPr>
              <w:t>mzası</w:t>
            </w:r>
            <w:proofErr w:type="spellEnd"/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tbl>
      <w:tblPr>
        <w:tblStyle w:val="TabloKlavuzu"/>
        <w:tblW w:w="9360" w:type="dxa"/>
        <w:tblInd w:w="120" w:type="dxa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9360"/>
      </w:tblGrid>
      <w:tr w:rsidR="00DD5EFD" w:rsidRPr="005C50D4" w:rsidTr="00445C10">
        <w:tc>
          <w:tcPr>
            <w:tcW w:w="9360" w:type="dxa"/>
            <w:shd w:val="clear" w:color="auto" w:fill="DBE5F1" w:themeFill="accent1" w:themeFillTint="3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2"/>
              </w:rPr>
              <w:t>H. İDARE TARAFINDAN DOLDURULACAKTIR</w:t>
            </w:r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tbl>
      <w:tblPr>
        <w:tblStyle w:val="TabloKlavuzu"/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Başvurunun teslim alındığı tarih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sz w:val="20"/>
              </w:rPr>
              <w:t>…… / …… / 2026</w:t>
            </w: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Belge kontrolü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Tam       </w:t>
            </w: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Eksik</w:t>
            </w: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Eksik belge / açıklama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sz w:val="20"/>
              </w:rPr>
              <w:br/>
            </w: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Ön inceleme sonucu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Değerlendirmeye uygun       </w:t>
            </w:r>
            <w:r w:rsidRPr="005C50D4">
              <w:rPr>
                <w:rFonts w:ascii="Segoe UI Symbol" w:hAnsi="Segoe UI Symbol" w:cs="Segoe UI Symbol"/>
                <w:sz w:val="20"/>
              </w:rPr>
              <w:t>☐</w:t>
            </w:r>
            <w:r w:rsidRPr="005C50D4">
              <w:rPr>
                <w:rFonts w:ascii="Times New Roman" w:hAnsi="Times New Roman" w:cs="Times New Roman"/>
                <w:sz w:val="20"/>
              </w:rPr>
              <w:t xml:space="preserve"> Uygun değil</w:t>
            </w: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İşlemi yapan personel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sz w:val="20"/>
              </w:rPr>
              <w:t>Adı Soyadı:                                      İmza:</w:t>
            </w:r>
          </w:p>
        </w:tc>
      </w:tr>
      <w:tr w:rsidR="00DD5EFD" w:rsidRPr="005C50D4">
        <w:trPr>
          <w:cantSplit/>
        </w:trPr>
        <w:tc>
          <w:tcPr>
            <w:tcW w:w="27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b/>
                <w:sz w:val="20"/>
              </w:rPr>
              <w:t>Birim yetkilisi</w:t>
            </w:r>
          </w:p>
        </w:tc>
        <w:tc>
          <w:tcPr>
            <w:tcW w:w="66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5EFD" w:rsidRPr="005C50D4" w:rsidRDefault="005A34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0D4">
              <w:rPr>
                <w:rFonts w:ascii="Times New Roman" w:hAnsi="Times New Roman" w:cs="Times New Roman"/>
                <w:sz w:val="20"/>
              </w:rPr>
              <w:t>Adı Soyadı:                                      İmza:</w:t>
            </w:r>
          </w:p>
        </w:tc>
      </w:tr>
    </w:tbl>
    <w:p w:rsidR="00DD5EFD" w:rsidRPr="005C50D4" w:rsidRDefault="00DD5EFD">
      <w:pPr>
        <w:spacing w:after="20"/>
        <w:rPr>
          <w:rFonts w:ascii="Times New Roman" w:hAnsi="Times New Roman" w:cs="Times New Roman"/>
        </w:rPr>
      </w:pPr>
    </w:p>
    <w:p w:rsidR="005C50D4" w:rsidRDefault="005A348B" w:rsidP="005C50D4">
      <w:pPr>
        <w:spacing w:before="100" w:after="0"/>
        <w:rPr>
          <w:rFonts w:ascii="Times New Roman" w:hAnsi="Times New Roman" w:cs="Times New Roman"/>
          <w:b/>
          <w:color w:val="5A5A5A"/>
          <w:sz w:val="17"/>
        </w:rPr>
      </w:pPr>
      <w:r w:rsidRPr="005C50D4">
        <w:rPr>
          <w:rFonts w:ascii="Times New Roman" w:hAnsi="Times New Roman" w:cs="Times New Roman"/>
          <w:b/>
          <w:color w:val="5A5A5A"/>
          <w:sz w:val="17"/>
        </w:rPr>
        <w:t xml:space="preserve">Başvuru adresi: Sivas Bilim ve Teknoloji Üniversitesi Öğrenci İşleri Daire Başkanlığı, </w:t>
      </w:r>
    </w:p>
    <w:p w:rsidR="00DD5EFD" w:rsidRPr="005C50D4" w:rsidRDefault="005A348B" w:rsidP="005C50D4">
      <w:pPr>
        <w:spacing w:before="100" w:after="0"/>
        <w:rPr>
          <w:rFonts w:ascii="Times New Roman" w:hAnsi="Times New Roman" w:cs="Times New Roman"/>
        </w:rPr>
      </w:pPr>
      <w:proofErr w:type="spellStart"/>
      <w:r w:rsidRPr="005C50D4">
        <w:rPr>
          <w:rFonts w:ascii="Times New Roman" w:hAnsi="Times New Roman" w:cs="Times New Roman"/>
          <w:b/>
          <w:color w:val="5A5A5A"/>
          <w:sz w:val="17"/>
        </w:rPr>
        <w:t>Gültepe</w:t>
      </w:r>
      <w:proofErr w:type="spellEnd"/>
      <w:r w:rsidRPr="005C50D4">
        <w:rPr>
          <w:rFonts w:ascii="Times New Roman" w:hAnsi="Times New Roman" w:cs="Times New Roman"/>
          <w:b/>
          <w:color w:val="5A5A5A"/>
          <w:sz w:val="17"/>
        </w:rPr>
        <w:t xml:space="preserve"> </w:t>
      </w:r>
      <w:proofErr w:type="spellStart"/>
      <w:r w:rsidRPr="005C50D4">
        <w:rPr>
          <w:rFonts w:ascii="Times New Roman" w:hAnsi="Times New Roman" w:cs="Times New Roman"/>
          <w:b/>
          <w:color w:val="5A5A5A"/>
          <w:sz w:val="17"/>
        </w:rPr>
        <w:t>Mahallesi</w:t>
      </w:r>
      <w:proofErr w:type="spellEnd"/>
      <w:r w:rsidRPr="005C50D4">
        <w:rPr>
          <w:rFonts w:ascii="Times New Roman" w:hAnsi="Times New Roman" w:cs="Times New Roman"/>
          <w:b/>
          <w:color w:val="5A5A5A"/>
          <w:sz w:val="17"/>
        </w:rPr>
        <w:t xml:space="preserve">, Mecnun </w:t>
      </w:r>
      <w:proofErr w:type="spellStart"/>
      <w:r w:rsidRPr="005C50D4">
        <w:rPr>
          <w:rFonts w:ascii="Times New Roman" w:hAnsi="Times New Roman" w:cs="Times New Roman"/>
          <w:b/>
          <w:color w:val="5A5A5A"/>
          <w:sz w:val="17"/>
        </w:rPr>
        <w:t>Otyakmaz</w:t>
      </w:r>
      <w:proofErr w:type="spellEnd"/>
      <w:r w:rsidRPr="005C50D4">
        <w:rPr>
          <w:rFonts w:ascii="Times New Roman" w:hAnsi="Times New Roman" w:cs="Times New Roman"/>
          <w:b/>
          <w:color w:val="5A5A5A"/>
          <w:sz w:val="17"/>
        </w:rPr>
        <w:t xml:space="preserve"> Caddesi No: 1 Merkez/SİVAS</w:t>
      </w:r>
    </w:p>
    <w:sectPr w:rsidR="00DD5EFD" w:rsidRPr="005C50D4" w:rsidSect="00034616">
      <w:pgSz w:w="12240" w:h="15840"/>
      <w:pgMar w:top="792" w:right="1224" w:bottom="792" w:left="122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48B" w:rsidRDefault="005A348B">
      <w:pPr>
        <w:spacing w:after="0" w:line="240" w:lineRule="auto"/>
      </w:pPr>
      <w:r>
        <w:separator/>
      </w:r>
    </w:p>
  </w:endnote>
  <w:endnote w:type="continuationSeparator" w:id="0">
    <w:p w:rsidR="005A348B" w:rsidRDefault="005A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48B" w:rsidRDefault="005A348B">
      <w:pPr>
        <w:spacing w:after="0" w:line="240" w:lineRule="auto"/>
      </w:pPr>
      <w:r>
        <w:separator/>
      </w:r>
    </w:p>
  </w:footnote>
  <w:footnote w:type="continuationSeparator" w:id="0">
    <w:p w:rsidR="005A348B" w:rsidRDefault="005A3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6888"/>
    <w:rsid w:val="00445C10"/>
    <w:rsid w:val="005A348B"/>
    <w:rsid w:val="005C50D4"/>
    <w:rsid w:val="008E51AF"/>
    <w:rsid w:val="00AA1D8D"/>
    <w:rsid w:val="00B47730"/>
    <w:rsid w:val="00B536B3"/>
    <w:rsid w:val="00CB0664"/>
    <w:rsid w:val="00DD5EFD"/>
    <w:rsid w:val="00F664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63FF10"/>
  <w14:defaultImageDpi w14:val="300"/>
  <w15:docId w15:val="{5CC80BF4-DA4A-4983-B960-17E5F732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Calibri" w:hAnsi="Calibri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5C50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0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6AAB4C-B538-4938-9C1D-628FF0D2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Ön Lisans ve Lisans Öğrenci Affı Başvuru Formu</vt:lpstr>
      <vt:lpstr/>
    </vt:vector>
  </TitlesOfParts>
  <Manager/>
  <Company/>
  <LinksUpToDate>false</LinksUpToDate>
  <CharactersWithSpaces>4374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Ön Lisans ve Lisans Öğrenci Affı Başvuru Formu</dc:title>
  <dc:subject/>
  <dc:creator>Sivas Bilim ve Teknoloji Üniversitesi</dc:creator>
  <cp:keywords/>
  <dc:description>generated by python-docx</dc:description>
  <cp:lastModifiedBy>user</cp:lastModifiedBy>
  <cp:revision>6</cp:revision>
  <dcterms:created xsi:type="dcterms:W3CDTF">2026-08-14T06:55:00Z</dcterms:created>
  <dcterms:modified xsi:type="dcterms:W3CDTF">2026-08-14T07:39:00Z</dcterms:modified>
  <cp:category/>
</cp:coreProperties>
</file>